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5A90" w14:textId="20002EAE" w:rsidR="00194821" w:rsidRPr="00E16564" w:rsidRDefault="00194821" w:rsidP="00067337">
      <w:pPr>
        <w:spacing w:after="0" w:line="240" w:lineRule="auto"/>
        <w:jc w:val="right"/>
        <w:rPr>
          <w:i/>
          <w:iCs/>
          <w:color w:val="1F497D" w:themeColor="text2"/>
        </w:rPr>
      </w:pPr>
    </w:p>
    <w:p w14:paraId="242E94A2" w14:textId="420B91BE" w:rsidR="00194821" w:rsidRPr="00E16564" w:rsidRDefault="00194821">
      <w:pPr>
        <w:rPr>
          <w:i/>
          <w:iCs/>
          <w:color w:val="1F497D" w:themeColor="text2"/>
        </w:rPr>
      </w:pPr>
      <w:r w:rsidRPr="00E16564">
        <w:rPr>
          <w:noProof/>
          <w:color w:val="1F497D" w:themeColor="text2"/>
        </w:rPr>
        <w:drawing>
          <wp:anchor distT="0" distB="0" distL="114300" distR="114300" simplePos="0" relativeHeight="251672576" behindDoc="1" locked="0" layoutInCell="1" allowOverlap="1" wp14:anchorId="4E8F72FB" wp14:editId="41072E1B">
            <wp:simplePos x="0" y="0"/>
            <wp:positionH relativeFrom="page">
              <wp:align>center</wp:align>
            </wp:positionH>
            <wp:positionV relativeFrom="paragraph">
              <wp:posOffset>1379855</wp:posOffset>
            </wp:positionV>
            <wp:extent cx="6502400" cy="3643641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4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564">
        <w:rPr>
          <w:i/>
          <w:iCs/>
          <w:color w:val="1F497D" w:themeColor="text2"/>
        </w:rPr>
        <w:br w:type="page"/>
      </w:r>
    </w:p>
    <w:p w14:paraId="633854EF" w14:textId="23703F06" w:rsidR="00067337" w:rsidRPr="00E16564" w:rsidRDefault="00067337" w:rsidP="00067337">
      <w:pPr>
        <w:spacing w:after="0" w:line="240" w:lineRule="auto"/>
        <w:jc w:val="right"/>
        <w:rPr>
          <w:i/>
          <w:iCs/>
          <w:color w:val="1F497D" w:themeColor="text2"/>
        </w:rPr>
      </w:pPr>
      <w:r w:rsidRPr="00E16564">
        <w:rPr>
          <w:noProof/>
          <w:color w:val="1F497D" w:themeColor="text2"/>
        </w:rPr>
        <w:lastRenderedPageBreak/>
        <w:drawing>
          <wp:anchor distT="0" distB="0" distL="114300" distR="114300" simplePos="0" relativeHeight="251658240" behindDoc="1" locked="0" layoutInCell="1" allowOverlap="1" wp14:anchorId="38E66264" wp14:editId="69220773">
            <wp:simplePos x="0" y="0"/>
            <wp:positionH relativeFrom="margin">
              <wp:posOffset>-754380</wp:posOffset>
            </wp:positionH>
            <wp:positionV relativeFrom="paragraph">
              <wp:posOffset>-292735</wp:posOffset>
            </wp:positionV>
            <wp:extent cx="2069731" cy="1318260"/>
            <wp:effectExtent l="0" t="0" r="698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9731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564">
        <w:rPr>
          <w:i/>
          <w:iCs/>
          <w:color w:val="1F497D" w:themeColor="text2"/>
        </w:rPr>
        <w:t xml:space="preserve">“Każdy kadr to opowieść, a dzięki sztucznej inteligencji </w:t>
      </w:r>
    </w:p>
    <w:p w14:paraId="606D5FFD" w14:textId="77777777" w:rsidR="00067337" w:rsidRPr="00E16564" w:rsidRDefault="00067337" w:rsidP="00067337">
      <w:pPr>
        <w:spacing w:after="0" w:line="240" w:lineRule="auto"/>
        <w:jc w:val="right"/>
        <w:rPr>
          <w:i/>
          <w:iCs/>
          <w:color w:val="1F497D" w:themeColor="text2"/>
        </w:rPr>
      </w:pPr>
      <w:r w:rsidRPr="00E16564">
        <w:rPr>
          <w:i/>
          <w:iCs/>
          <w:color w:val="1F497D" w:themeColor="text2"/>
        </w:rPr>
        <w:t xml:space="preserve">możemy ją zobaczyć w zupełnie nowym świetle. </w:t>
      </w:r>
    </w:p>
    <w:p w14:paraId="10E42F11" w14:textId="031F3CD5" w:rsidR="00067337" w:rsidRPr="00E16564" w:rsidRDefault="00067337" w:rsidP="00067337">
      <w:pPr>
        <w:spacing w:after="0" w:line="240" w:lineRule="auto"/>
        <w:jc w:val="right"/>
        <w:rPr>
          <w:i/>
          <w:iCs/>
        </w:rPr>
      </w:pPr>
      <w:r w:rsidRPr="00E16564">
        <w:rPr>
          <w:i/>
          <w:iCs/>
          <w:color w:val="1F497D" w:themeColor="text2"/>
        </w:rPr>
        <w:t>Powiat Ząbkowicki staje się przestrzenią twórczej wyobraźni.”</w:t>
      </w:r>
    </w:p>
    <w:p w14:paraId="6523C98B" w14:textId="17267111" w:rsidR="00067337" w:rsidRPr="00E16564" w:rsidRDefault="00067337" w:rsidP="00067337">
      <w:pPr>
        <w:pStyle w:val="Tytu"/>
        <w:jc w:val="center"/>
        <w:rPr>
          <w:color w:val="auto"/>
        </w:rPr>
      </w:pPr>
    </w:p>
    <w:p w14:paraId="4409207F" w14:textId="499652D9" w:rsidR="00067337" w:rsidRPr="00E16564" w:rsidRDefault="00067337" w:rsidP="00067337">
      <w:pPr>
        <w:pStyle w:val="Tytu"/>
        <w:jc w:val="center"/>
        <w:rPr>
          <w:color w:val="auto"/>
        </w:rPr>
      </w:pPr>
    </w:p>
    <w:p w14:paraId="3A335744" w14:textId="52E540D2" w:rsidR="00067337" w:rsidRPr="00E16564" w:rsidRDefault="00067337" w:rsidP="00067337">
      <w:pPr>
        <w:pStyle w:val="Tytu"/>
        <w:jc w:val="center"/>
        <w:rPr>
          <w:color w:val="auto"/>
        </w:rPr>
      </w:pPr>
    </w:p>
    <w:p w14:paraId="1CEB6FCB" w14:textId="4BB27684" w:rsidR="00067337" w:rsidRPr="00E16564" w:rsidRDefault="0076775C" w:rsidP="00067337">
      <w:pPr>
        <w:pStyle w:val="Tytu"/>
        <w:jc w:val="center"/>
        <w:rPr>
          <w:color w:val="auto"/>
        </w:rPr>
      </w:pPr>
      <w:r w:rsidRPr="00E16564">
        <w:rPr>
          <w:noProof/>
        </w:rPr>
        <w:drawing>
          <wp:anchor distT="0" distB="0" distL="114300" distR="114300" simplePos="0" relativeHeight="251667456" behindDoc="1" locked="0" layoutInCell="1" allowOverlap="1" wp14:anchorId="58161009" wp14:editId="02CEFDA9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7239000" cy="4610191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61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37" w:rsidRPr="00E16564">
        <w:rPr>
          <w:color w:val="auto"/>
        </w:rPr>
        <w:t>REGULAMIN KONKURSU</w:t>
      </w:r>
    </w:p>
    <w:p w14:paraId="52B9F4D0" w14:textId="2966114D" w:rsidR="00067337" w:rsidRPr="00E16564" w:rsidRDefault="00067337" w:rsidP="00165F5E">
      <w:pPr>
        <w:pStyle w:val="Tytu"/>
        <w:jc w:val="center"/>
        <w:rPr>
          <w:color w:val="auto"/>
        </w:rPr>
      </w:pPr>
    </w:p>
    <w:p w14:paraId="7CCB2CE0" w14:textId="2496D4D2" w:rsidR="004D1412" w:rsidRPr="00E16564" w:rsidRDefault="006261FA" w:rsidP="00165F5E">
      <w:pPr>
        <w:jc w:val="center"/>
      </w:pPr>
      <w:r w:rsidRPr="00E16564">
        <w:t>„</w:t>
      </w:r>
      <w:r w:rsidR="00AF7C3C" w:rsidRPr="00E16564">
        <w:t>Powiat Ząbkowicki – piękno regionu w jednym kadrze</w:t>
      </w:r>
      <w:r w:rsidRPr="00E16564">
        <w:t>.</w:t>
      </w:r>
      <w:r w:rsidR="00AF7C3C" w:rsidRPr="00E16564">
        <w:t>”</w:t>
      </w:r>
    </w:p>
    <w:p w14:paraId="577A5B5D" w14:textId="326B3FE5" w:rsidR="00777139" w:rsidRPr="00E16564" w:rsidRDefault="00AF7C3C" w:rsidP="00165F5E">
      <w:pPr>
        <w:jc w:val="center"/>
        <w:rPr>
          <w:b/>
          <w:bCs/>
          <w:sz w:val="28"/>
          <w:szCs w:val="28"/>
        </w:rPr>
      </w:pPr>
      <w:r w:rsidRPr="00E16564">
        <w:br/>
      </w:r>
      <w:r w:rsidRPr="00E16564">
        <w:rPr>
          <w:b/>
          <w:bCs/>
          <w:sz w:val="28"/>
          <w:szCs w:val="28"/>
        </w:rPr>
        <w:t>Temat „Powiat widziany okiem ucznia i algorytmem AI”</w:t>
      </w:r>
    </w:p>
    <w:p w14:paraId="0C0FF447" w14:textId="305BA937" w:rsidR="00777139" w:rsidRPr="00E16564" w:rsidRDefault="00AF7C3C" w:rsidP="006261FA">
      <w:pPr>
        <w:pStyle w:val="Cytatintensywny"/>
        <w:jc w:val="center"/>
        <w:rPr>
          <w:color w:val="auto"/>
        </w:rPr>
      </w:pPr>
      <w:r w:rsidRPr="00E16564">
        <w:rPr>
          <w:color w:val="auto"/>
        </w:rPr>
        <w:t xml:space="preserve">„Fotografia i film zatrzymują chwilę, a sztuczna inteligencja otwiera nowe sposoby patrzenia na świat. </w:t>
      </w:r>
      <w:r w:rsidR="00E16564">
        <w:rPr>
          <w:color w:val="auto"/>
        </w:rPr>
        <w:br/>
      </w:r>
      <w:r w:rsidRPr="00E16564">
        <w:rPr>
          <w:color w:val="auto"/>
        </w:rPr>
        <w:t>Wspólnie tworzą obraz przyszłości Powiatu Ząbkowickiego.”</w:t>
      </w:r>
    </w:p>
    <w:p w14:paraId="5B1AF413" w14:textId="77777777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I. Organizatorzy</w:t>
      </w:r>
    </w:p>
    <w:p w14:paraId="34126428" w14:textId="19858C28" w:rsidR="00777139" w:rsidRPr="00E16564" w:rsidRDefault="00AF7C3C">
      <w:pPr>
        <w:pStyle w:val="Listapunktowana"/>
      </w:pPr>
      <w:r w:rsidRPr="00E16564">
        <w:t>Starostwo Powiatowe w Ząbkowicach Śląskich</w:t>
      </w:r>
    </w:p>
    <w:p w14:paraId="335E9AE5" w14:textId="38DDB2DC" w:rsidR="004D1412" w:rsidRPr="00E16564" w:rsidRDefault="004D1412" w:rsidP="004D1412">
      <w:pPr>
        <w:pStyle w:val="Listapunktowana"/>
        <w:numPr>
          <w:ilvl w:val="0"/>
          <w:numId w:val="0"/>
        </w:numPr>
        <w:ind w:left="360"/>
      </w:pPr>
      <w:r w:rsidRPr="00E16564">
        <w:t>ul. Henryka Sienkiewicza 11</w:t>
      </w:r>
    </w:p>
    <w:p w14:paraId="2C236403" w14:textId="52954CAB" w:rsidR="004D1412" w:rsidRPr="00E16564" w:rsidRDefault="004D1412" w:rsidP="004D1412">
      <w:pPr>
        <w:pStyle w:val="Listapunktowana"/>
        <w:numPr>
          <w:ilvl w:val="0"/>
          <w:numId w:val="0"/>
        </w:numPr>
        <w:ind w:left="360"/>
      </w:pPr>
      <w:r w:rsidRPr="00E16564">
        <w:t>57-200 Ząbkowice Śląskie</w:t>
      </w:r>
    </w:p>
    <w:p w14:paraId="4099118C" w14:textId="5A399104" w:rsidR="00777139" w:rsidRPr="00E16564" w:rsidRDefault="00AF7C3C">
      <w:pPr>
        <w:pStyle w:val="Listapunktowana"/>
      </w:pPr>
      <w:r w:rsidRPr="00E16564">
        <w:t>Zespół</w:t>
      </w:r>
      <w:r w:rsidR="00A73884" w:rsidRPr="00E16564">
        <w:t xml:space="preserve"> Szkół Ponadpodstawowych im. Hipolita Cegielskiego</w:t>
      </w:r>
    </w:p>
    <w:p w14:paraId="6D7D399E" w14:textId="2FE51F59" w:rsidR="00A73884" w:rsidRPr="00E16564" w:rsidRDefault="00A73884" w:rsidP="00A73884">
      <w:pPr>
        <w:pStyle w:val="Listapunktowana"/>
        <w:numPr>
          <w:ilvl w:val="0"/>
          <w:numId w:val="0"/>
        </w:numPr>
        <w:ind w:left="360"/>
      </w:pPr>
      <w:r w:rsidRPr="00E16564">
        <w:t>ul. Wojska Polskiego 3</w:t>
      </w:r>
    </w:p>
    <w:p w14:paraId="03F06DDB" w14:textId="1215BBA8" w:rsidR="00A73884" w:rsidRPr="00E16564" w:rsidRDefault="00A73884" w:rsidP="00A73884">
      <w:pPr>
        <w:pStyle w:val="Listapunktowana"/>
        <w:numPr>
          <w:ilvl w:val="0"/>
          <w:numId w:val="0"/>
        </w:numPr>
        <w:ind w:left="360"/>
      </w:pPr>
      <w:r w:rsidRPr="00E16564">
        <w:t>57-220 Ziębice</w:t>
      </w:r>
    </w:p>
    <w:p w14:paraId="4B42F87B" w14:textId="77777777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II. Uczestnicy</w:t>
      </w:r>
    </w:p>
    <w:p w14:paraId="345C2492" w14:textId="77777777" w:rsidR="00A73884" w:rsidRPr="00E16564" w:rsidRDefault="00AF7C3C" w:rsidP="00A73884">
      <w:pPr>
        <w:pStyle w:val="Listapunktowana"/>
        <w:numPr>
          <w:ilvl w:val="0"/>
          <w:numId w:val="0"/>
        </w:numPr>
        <w:ind w:left="360" w:hanging="360"/>
      </w:pPr>
      <w:r w:rsidRPr="00E16564">
        <w:t xml:space="preserve">Konkurs adresowany jest do uczniów wszystkich szkół podstawowych </w:t>
      </w:r>
      <w:r w:rsidR="00A73884" w:rsidRPr="00E16564">
        <w:t xml:space="preserve">i </w:t>
      </w:r>
      <w:r w:rsidRPr="00E16564">
        <w:t xml:space="preserve">ponadpodstawowych </w:t>
      </w:r>
    </w:p>
    <w:p w14:paraId="6343719B" w14:textId="0000A8E6" w:rsidR="00777139" w:rsidRPr="00E16564" w:rsidRDefault="00A73884" w:rsidP="00A73884">
      <w:pPr>
        <w:pStyle w:val="Listapunktowana"/>
        <w:numPr>
          <w:ilvl w:val="0"/>
          <w:numId w:val="0"/>
        </w:numPr>
        <w:ind w:left="360" w:hanging="360"/>
      </w:pPr>
      <w:r w:rsidRPr="00E16564">
        <w:t>z terenu Powiatu Ząbkowickiego.</w:t>
      </w:r>
    </w:p>
    <w:p w14:paraId="2D6A28DE" w14:textId="4DF3C48A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III. Cele konkursu</w:t>
      </w:r>
    </w:p>
    <w:p w14:paraId="1BC7BF0C" w14:textId="4D52BD97" w:rsidR="00A73884" w:rsidRPr="00E16564" w:rsidRDefault="00A73884" w:rsidP="00A73884">
      <w:r w:rsidRPr="00E16564">
        <w:t xml:space="preserve">Głównym celem konkursu jest połączenie tradycyjnej sztuki obrazu z nowoczesnymi technologiami. Fotografia </w:t>
      </w:r>
      <w:r w:rsidR="00E16564">
        <w:t>i</w:t>
      </w:r>
      <w:r w:rsidRPr="00E16564">
        <w:t xml:space="preserve"> film wspierane przez sztuczną inteligencj</w:t>
      </w:r>
      <w:r w:rsidR="00BD64F5" w:rsidRPr="00E16564">
        <w:t>ę</w:t>
      </w:r>
      <w:r w:rsidRPr="00E16564">
        <w:t xml:space="preserve"> pozwolą odkryć </w:t>
      </w:r>
      <w:r w:rsidR="006261FA" w:rsidRPr="00E16564">
        <w:t xml:space="preserve">                             </w:t>
      </w:r>
      <w:r w:rsidRPr="00E16564">
        <w:t>Powiat Ząbkowicki na nowo.</w:t>
      </w:r>
    </w:p>
    <w:p w14:paraId="5CAE9328" w14:textId="77777777" w:rsidR="00777139" w:rsidRPr="00E16564" w:rsidRDefault="00AF7C3C">
      <w:pPr>
        <w:pStyle w:val="Listapunktowana"/>
      </w:pPr>
      <w:r w:rsidRPr="00E16564">
        <w:lastRenderedPageBreak/>
        <w:t>Ukazanie piękna Powiatu Ząbkowickiego poprzez twórcze wykorzystanie fotografii i filmu.</w:t>
      </w:r>
    </w:p>
    <w:p w14:paraId="30503C73" w14:textId="77777777" w:rsidR="00777139" w:rsidRPr="00E16564" w:rsidRDefault="00AF7C3C">
      <w:pPr>
        <w:pStyle w:val="Listapunktowana"/>
      </w:pPr>
      <w:r w:rsidRPr="00E16564">
        <w:t>Rozwijanie umiejętności artystycznych uczniów z wykorzystaniem nowoczesnych technologii (AI).</w:t>
      </w:r>
    </w:p>
    <w:p w14:paraId="112BD63B" w14:textId="672BDE99" w:rsidR="00777139" w:rsidRPr="00E16564" w:rsidRDefault="00AF7C3C">
      <w:pPr>
        <w:pStyle w:val="Listapunktowana"/>
      </w:pPr>
      <w:r w:rsidRPr="00E16564">
        <w:t>Kształtowanie postaw kreatywnych i innowacyjnych wśród młodzieży.</w:t>
      </w:r>
    </w:p>
    <w:p w14:paraId="59C64FBA" w14:textId="19077AC3" w:rsidR="00777139" w:rsidRPr="00E16564" w:rsidRDefault="000D16F6">
      <w:pPr>
        <w:pStyle w:val="Listapunktowana"/>
      </w:pPr>
      <w:r w:rsidRPr="00E16564">
        <w:rPr>
          <w:noProof/>
        </w:rPr>
        <w:drawing>
          <wp:anchor distT="0" distB="0" distL="114300" distR="114300" simplePos="0" relativeHeight="251665408" behindDoc="1" locked="0" layoutInCell="1" allowOverlap="1" wp14:anchorId="459A3514" wp14:editId="23FE134A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6903836" cy="439674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836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C" w:rsidRPr="00E16564">
        <w:t>Promocja regionu poprzez prace uczniów.</w:t>
      </w:r>
    </w:p>
    <w:p w14:paraId="74238F1C" w14:textId="375D8123" w:rsidR="009E1037" w:rsidRPr="00E16564" w:rsidRDefault="009E1037">
      <w:pPr>
        <w:pStyle w:val="Listapunktowana"/>
      </w:pPr>
      <w:r w:rsidRPr="00E16564">
        <w:t>Analiza potencjalnych zastosowań AI w edukacji.</w:t>
      </w:r>
    </w:p>
    <w:p w14:paraId="27ED788D" w14:textId="00DFB2E0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IV. Zasady ogólne</w:t>
      </w:r>
    </w:p>
    <w:p w14:paraId="5C3674DD" w14:textId="77777777" w:rsidR="00777139" w:rsidRPr="00E16564" w:rsidRDefault="00AF7C3C">
      <w:pPr>
        <w:pStyle w:val="Listapunktowana"/>
      </w:pPr>
      <w:r w:rsidRPr="00E16564">
        <w:t>Przedmiotem konkursu są: fotografie wykonane samodzielnie przez ucznia, następnie udoskonalone przy użyciu narzędzi sztucznej inteligencji, oraz filmy krótkometrażowe (maks. 3 minuty), nagrane przez ucznia i mogące zawierać elementy obróbki/efektów stworzonych przez AI.</w:t>
      </w:r>
    </w:p>
    <w:p w14:paraId="302E329B" w14:textId="77777777" w:rsidR="00777139" w:rsidRPr="00E16564" w:rsidRDefault="00AF7C3C">
      <w:pPr>
        <w:pStyle w:val="Listapunktowana"/>
      </w:pPr>
      <w:r w:rsidRPr="00E16564">
        <w:t>Każdy uczestnik może zgłosić maksymalnie: 3 fotografie lub 1 film krótkometrażowy.</w:t>
      </w:r>
    </w:p>
    <w:p w14:paraId="7758227F" w14:textId="20DBC0CE" w:rsidR="00777139" w:rsidRPr="00E16564" w:rsidRDefault="00AF7C3C">
      <w:pPr>
        <w:pStyle w:val="Listapunktowana"/>
      </w:pPr>
      <w:r w:rsidRPr="00E16564">
        <w:t xml:space="preserve">Technika wykonania prac jest dowolna – dopuszcza się wykorzystanie różnych narzędzi </w:t>
      </w:r>
      <w:r w:rsidR="006261FA" w:rsidRPr="00E16564">
        <w:t xml:space="preserve">                           </w:t>
      </w:r>
      <w:r w:rsidRPr="00E16564">
        <w:t>do obróbki obrazu (np. aplikacje AI).</w:t>
      </w:r>
    </w:p>
    <w:p w14:paraId="0B305934" w14:textId="77777777" w:rsidR="00777139" w:rsidRPr="00E16564" w:rsidRDefault="00AF7C3C">
      <w:pPr>
        <w:pStyle w:val="Listapunktowana"/>
      </w:pPr>
      <w:r w:rsidRPr="00E16564">
        <w:t>Wszystkie prace muszą przedstawiać Powiat Ząbkowicki i być zgodne z tematyką konkursu.</w:t>
      </w:r>
    </w:p>
    <w:p w14:paraId="58DAC521" w14:textId="77777777" w:rsidR="00777139" w:rsidRPr="00E16564" w:rsidRDefault="00AF7C3C">
      <w:pPr>
        <w:pStyle w:val="Listapunktowana"/>
      </w:pPr>
      <w:r w:rsidRPr="00E16564">
        <w:t>Prace muszą być oryginalne, wykonane przez uczestnika. Nie dopuszcza się współautorstwa.</w:t>
      </w:r>
    </w:p>
    <w:p w14:paraId="5BC96764" w14:textId="77777777" w:rsidR="00777139" w:rsidRPr="00E16564" w:rsidRDefault="00AF7C3C">
      <w:pPr>
        <w:pStyle w:val="Listapunktowana"/>
      </w:pPr>
      <w:r w:rsidRPr="00E16564">
        <w:t>Uczestnik, zgłaszając prace, oświadcza, że posiada do nich pełne prawa autorskie i wyraża zgodę na ich publikację przez organizatorów.</w:t>
      </w:r>
    </w:p>
    <w:p w14:paraId="58905074" w14:textId="77777777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V. Forma zgłoszenia</w:t>
      </w:r>
    </w:p>
    <w:p w14:paraId="336B45E9" w14:textId="77777777" w:rsidR="00777139" w:rsidRPr="00E16564" w:rsidRDefault="00AF7C3C">
      <w:pPr>
        <w:pStyle w:val="Listapunktowana"/>
      </w:pPr>
      <w:r w:rsidRPr="00E16564">
        <w:t xml:space="preserve">Fotografie należy dostarczyć w formie elektronicznej (format JPG, PNG, rozdzielczość min. 2000 </w:t>
      </w:r>
      <w:proofErr w:type="spellStart"/>
      <w:r w:rsidRPr="00E16564">
        <w:t>px</w:t>
      </w:r>
      <w:proofErr w:type="spellEnd"/>
      <w:r w:rsidRPr="00E16564">
        <w:t xml:space="preserve"> dłuższego boku).</w:t>
      </w:r>
    </w:p>
    <w:p w14:paraId="3565D855" w14:textId="77777777" w:rsidR="00777139" w:rsidRPr="00E16564" w:rsidRDefault="00AF7C3C">
      <w:pPr>
        <w:pStyle w:val="Listapunktowana"/>
      </w:pPr>
      <w:r w:rsidRPr="00E16564">
        <w:t>Filmy należy dostarczyć w formacie MP4 (maks. 500 MB, czas trwania do 3 minut).</w:t>
      </w:r>
    </w:p>
    <w:p w14:paraId="1F2902CF" w14:textId="77777777" w:rsidR="00777139" w:rsidRPr="00E16564" w:rsidRDefault="00AF7C3C">
      <w:pPr>
        <w:pStyle w:val="Listapunktowana"/>
      </w:pPr>
      <w:r w:rsidRPr="00E16564">
        <w:t>Do każdej pracy należy dołączyć: kartę zgłoszeniową (imię, nazwisko, szkoła, klasa, kontakt), tytuł pracy, oświadczenie o prawach autorskich i zgodzie na przetwarzanie danych osobowych.</w:t>
      </w:r>
    </w:p>
    <w:p w14:paraId="035D6F15" w14:textId="77777777" w:rsidR="00777139" w:rsidRPr="00E16564" w:rsidRDefault="00AF7C3C">
      <w:pPr>
        <w:pStyle w:val="Listapunktowana"/>
      </w:pPr>
      <w:r w:rsidRPr="00E16564">
        <w:t>Jeśli na pracy widnieje wizerunek osoby, uczestnik musi posiadać pisemną zgodę tej osoby na publikację.</w:t>
      </w:r>
    </w:p>
    <w:p w14:paraId="327B2EBA" w14:textId="77777777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VI. Terminy</w:t>
      </w:r>
    </w:p>
    <w:p w14:paraId="3ABC74F4" w14:textId="6EECDB6A" w:rsidR="00777139" w:rsidRPr="00E16564" w:rsidRDefault="00AF7C3C">
      <w:pPr>
        <w:pStyle w:val="Listapunktowana"/>
      </w:pPr>
      <w:r w:rsidRPr="00E16564">
        <w:t xml:space="preserve">Termin dostarczania prac: do </w:t>
      </w:r>
      <w:r w:rsidR="00067337" w:rsidRPr="00E16564">
        <w:t>19 grudnia 2025 r.</w:t>
      </w:r>
    </w:p>
    <w:p w14:paraId="6ADF973E" w14:textId="59833357" w:rsidR="00777139" w:rsidRPr="00E16564" w:rsidRDefault="00AF7C3C">
      <w:pPr>
        <w:pStyle w:val="Listapunktowana"/>
      </w:pPr>
      <w:r w:rsidRPr="00E16564">
        <w:t>Prace należy przesłać na adres e-mail:</w:t>
      </w:r>
      <w:r w:rsidR="00C537F8" w:rsidRPr="00E16564">
        <w:t xml:space="preserve"> </w:t>
      </w:r>
      <w:hyperlink r:id="rId13" w:history="1">
        <w:r w:rsidR="00C537F8" w:rsidRPr="00E16564">
          <w:rPr>
            <w:rStyle w:val="Hipercze"/>
            <w:rFonts w:cs="Arial"/>
            <w:color w:val="auto"/>
            <w:u w:val="none"/>
            <w:shd w:val="clear" w:color="auto" w:fill="FFFFFF"/>
          </w:rPr>
          <w:t>sekretariat@zspziebice.pl</w:t>
        </w:r>
      </w:hyperlink>
      <w:r w:rsidRPr="00E16564">
        <w:t xml:space="preserve"> lub dostarczyć na nośniku cyfrowym do sekretariatu szkoły</w:t>
      </w:r>
      <w:r w:rsidR="006261FA" w:rsidRPr="00E16564">
        <w:t>- ZSP im. Hipolita Cegielskiego w Ziębicach.</w:t>
      </w:r>
    </w:p>
    <w:p w14:paraId="1EBA273A" w14:textId="5772EDD4" w:rsidR="00777139" w:rsidRPr="00E16564" w:rsidRDefault="00AF7C3C">
      <w:pPr>
        <w:pStyle w:val="Listapunktowana"/>
      </w:pPr>
      <w:r w:rsidRPr="00E16564">
        <w:t>Ogłoszenie wyników</w:t>
      </w:r>
      <w:r w:rsidR="00C537F8" w:rsidRPr="00E16564">
        <w:t xml:space="preserve"> konkursu</w:t>
      </w:r>
      <w:r w:rsidR="00C07255" w:rsidRPr="00E16564">
        <w:t xml:space="preserve"> nastąpi nie później niż 30 dni od daty zakończenia przyjmowania zgłoszeń.</w:t>
      </w:r>
    </w:p>
    <w:p w14:paraId="667F9FBB" w14:textId="77777777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lastRenderedPageBreak/>
        <w:t>VII. Ocena i nagrody</w:t>
      </w:r>
    </w:p>
    <w:p w14:paraId="491FA399" w14:textId="7694D946" w:rsidR="00777139" w:rsidRPr="00E16564" w:rsidRDefault="00AF7C3C">
      <w:pPr>
        <w:pStyle w:val="Listapunktowana"/>
      </w:pPr>
      <w:r w:rsidRPr="00E16564">
        <w:t xml:space="preserve">Jury powołane przez Organizatorów oceni prace według następujących kryteriów: zgodność </w:t>
      </w:r>
      <w:r w:rsidR="006261FA" w:rsidRPr="00E16564">
        <w:t xml:space="preserve">                   </w:t>
      </w:r>
      <w:r w:rsidRPr="00E16564">
        <w:t>z tematem konkursu, oryginalność i kreatywność, jakość artystyczna i techniczna, sposób wykorzystania AI.</w:t>
      </w:r>
    </w:p>
    <w:p w14:paraId="5DD3F62D" w14:textId="1D442EC2" w:rsidR="00777139" w:rsidRPr="00E16564" w:rsidRDefault="0076775C">
      <w:pPr>
        <w:pStyle w:val="Listapunktowana"/>
      </w:pPr>
      <w:r w:rsidRPr="00E16564">
        <w:rPr>
          <w:noProof/>
        </w:rPr>
        <w:drawing>
          <wp:anchor distT="0" distB="0" distL="114300" distR="114300" simplePos="0" relativeHeight="251663360" behindDoc="1" locked="0" layoutInCell="1" allowOverlap="1" wp14:anchorId="60B6EAF3" wp14:editId="402704B1">
            <wp:simplePos x="0" y="0"/>
            <wp:positionH relativeFrom="page">
              <wp:align>center</wp:align>
            </wp:positionH>
            <wp:positionV relativeFrom="paragraph">
              <wp:posOffset>206375</wp:posOffset>
            </wp:positionV>
            <wp:extent cx="6926580" cy="4411225"/>
            <wp:effectExtent l="0" t="0" r="762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>
                      <a:alphaModFix am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44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C" w:rsidRPr="00E16564">
        <w:t>Decyzje jury są ostateczne.</w:t>
      </w:r>
    </w:p>
    <w:p w14:paraId="27981522" w14:textId="52F033C4" w:rsidR="00777139" w:rsidRPr="00E16564" w:rsidRDefault="00AF7C3C">
      <w:pPr>
        <w:pStyle w:val="Listapunktowana"/>
      </w:pPr>
      <w:r w:rsidRPr="00E16564">
        <w:t>Organizatorzy przewidują nagrody rzeczowe i wyróżnienia.</w:t>
      </w:r>
    </w:p>
    <w:p w14:paraId="106F8BB3" w14:textId="6736EF80" w:rsidR="00777139" w:rsidRPr="00E16564" w:rsidRDefault="00AF7C3C">
      <w:pPr>
        <w:pStyle w:val="Nagwek1"/>
        <w:rPr>
          <w:color w:val="auto"/>
        </w:rPr>
      </w:pPr>
      <w:r w:rsidRPr="00E16564">
        <w:rPr>
          <w:color w:val="auto"/>
        </w:rPr>
        <w:t>VIII. Postanowienia końcowe</w:t>
      </w:r>
    </w:p>
    <w:p w14:paraId="224F1D68" w14:textId="4F32C813" w:rsidR="00777139" w:rsidRPr="00E16564" w:rsidRDefault="00AF7C3C">
      <w:pPr>
        <w:pStyle w:val="Listapunktowana"/>
      </w:pPr>
      <w:r w:rsidRPr="00E16564">
        <w:t>Zgłoszenie pracy do konkursu jest równoznaczne z akceptacją regulaminu.</w:t>
      </w:r>
    </w:p>
    <w:p w14:paraId="5027EE48" w14:textId="5A9B658A" w:rsidR="00777139" w:rsidRPr="00E16564" w:rsidRDefault="00AF7C3C">
      <w:pPr>
        <w:pStyle w:val="Listapunktowana"/>
      </w:pPr>
      <w:r w:rsidRPr="00E16564">
        <w:t xml:space="preserve">Organizatorzy zastrzegają sobie prawo do publikacji prac w materiałach promocyjnych, </w:t>
      </w:r>
      <w:r w:rsidR="006261FA" w:rsidRPr="00E16564">
        <w:t xml:space="preserve">                         </w:t>
      </w:r>
      <w:r w:rsidRPr="00E16564">
        <w:t>na stronach internetowych i profilach społecznościowych.</w:t>
      </w:r>
    </w:p>
    <w:p w14:paraId="26ED0F48" w14:textId="09E1248F" w:rsidR="00777139" w:rsidRPr="00E16564" w:rsidRDefault="00AF7C3C">
      <w:pPr>
        <w:pStyle w:val="Listapunktowana"/>
      </w:pPr>
      <w:r w:rsidRPr="00E16564">
        <w:t>Prace nie będą zwracane.</w:t>
      </w:r>
    </w:p>
    <w:p w14:paraId="6F700FCD" w14:textId="58CEB60E" w:rsidR="00777139" w:rsidRPr="00E16564" w:rsidRDefault="00AF7C3C">
      <w:pPr>
        <w:pStyle w:val="Listapunktowana"/>
      </w:pPr>
      <w:r w:rsidRPr="00E16564">
        <w:t>Organizatorzy mogą odwołać konkurs bez podania przyczyn.</w:t>
      </w:r>
    </w:p>
    <w:p w14:paraId="0D2B2C5A" w14:textId="1193F7ED" w:rsidR="00C07255" w:rsidRPr="00E16564" w:rsidRDefault="00C07255">
      <w:pPr>
        <w:pStyle w:val="Listapunktowana"/>
      </w:pPr>
      <w:r w:rsidRPr="00E16564">
        <w:t xml:space="preserve">Organizator </w:t>
      </w:r>
      <w:r w:rsidRPr="00E16564">
        <w:rPr>
          <w:rStyle w:val="Pogrubienie"/>
          <w:b w:val="0"/>
          <w:bCs w:val="0"/>
        </w:rPr>
        <w:t>nie ponosi odpowiedzialności za naruszenie praw autorskich lub dóbr osobistych osób trzecich</w:t>
      </w:r>
      <w:r w:rsidRPr="00E16564">
        <w:rPr>
          <w:b/>
          <w:bCs/>
        </w:rPr>
        <w:t>,</w:t>
      </w:r>
      <w:r w:rsidRPr="00E16564">
        <w:t xml:space="preserve"> jeśli uczestnik niezgodnie z prawdą oświadczył, że ma prawa do pracy.</w:t>
      </w:r>
    </w:p>
    <w:p w14:paraId="391B12B9" w14:textId="57C0022D" w:rsidR="00777139" w:rsidRPr="00E16564" w:rsidRDefault="00AF7C3C">
      <w:pPr>
        <w:pStyle w:val="Listapunktowana"/>
      </w:pPr>
      <w:r w:rsidRPr="00E16564">
        <w:t>W sprawach nieuregulowanych niniejszym regulaminem decydują Organizatorzy.</w:t>
      </w:r>
    </w:p>
    <w:p w14:paraId="7C206C2F" w14:textId="267A1C15" w:rsidR="00701F27" w:rsidRPr="00E16564" w:rsidRDefault="00701F27">
      <w:pPr>
        <w:pStyle w:val="Listapunktowana"/>
      </w:pPr>
      <w:r w:rsidRPr="00E16564">
        <w:t>Opiekunem merytorycznym konkursu jest Pan Grzegorz Noculak.</w:t>
      </w:r>
    </w:p>
    <w:p w14:paraId="5EAA28BC" w14:textId="77777777" w:rsidR="00777139" w:rsidRPr="00E16564" w:rsidRDefault="00AF7C3C">
      <w:r w:rsidRPr="00E16564">
        <w:br w:type="page"/>
      </w:r>
    </w:p>
    <w:p w14:paraId="40E992DB" w14:textId="5690656B" w:rsidR="00777139" w:rsidRDefault="00067337" w:rsidP="00701F27">
      <w:pPr>
        <w:pStyle w:val="Nagwek1"/>
        <w:jc w:val="center"/>
        <w:rPr>
          <w:color w:val="auto"/>
        </w:rPr>
      </w:pPr>
      <w:r w:rsidRPr="00E1656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F24642B" wp14:editId="2B61CDDF">
            <wp:simplePos x="0" y="0"/>
            <wp:positionH relativeFrom="margin">
              <wp:posOffset>-424815</wp:posOffset>
            </wp:positionH>
            <wp:positionV relativeFrom="paragraph">
              <wp:posOffset>-495300</wp:posOffset>
            </wp:positionV>
            <wp:extent cx="6772220" cy="43129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C" w:rsidRPr="00E16564">
        <w:rPr>
          <w:color w:val="auto"/>
        </w:rPr>
        <w:t>KARTA ZGŁOSZENIOWA</w:t>
      </w:r>
    </w:p>
    <w:p w14:paraId="7C8F8AF1" w14:textId="77777777" w:rsidR="00851826" w:rsidRPr="00851826" w:rsidRDefault="00851826" w:rsidP="00851826"/>
    <w:p w14:paraId="5BB3BE3D" w14:textId="669F4111" w:rsidR="00777139" w:rsidRPr="00E16564" w:rsidRDefault="00AF7C3C">
      <w:r w:rsidRPr="00E16564">
        <w:t>Imię i nazwisko uczestnika: ...........................................................</w:t>
      </w:r>
      <w:r w:rsidR="00701F27" w:rsidRPr="00E16564">
        <w:t>.....................................................</w:t>
      </w:r>
      <w:r w:rsidRPr="00E16564">
        <w:t>..</w:t>
      </w:r>
    </w:p>
    <w:p w14:paraId="19960C78" w14:textId="57E6AE93" w:rsidR="00777139" w:rsidRPr="00E16564" w:rsidRDefault="00AF7C3C">
      <w:r w:rsidRPr="00E16564">
        <w:t>Szkoła: ......................................................................</w:t>
      </w:r>
      <w:r w:rsidR="00701F27" w:rsidRPr="00E16564">
        <w:t>.........................................................</w:t>
      </w:r>
      <w:r w:rsidRPr="00E16564">
        <w:t>....</w:t>
      </w:r>
      <w:r w:rsidR="00701F27" w:rsidRPr="00E16564">
        <w:t>..</w:t>
      </w:r>
      <w:r w:rsidRPr="00E16564">
        <w:t>.......................</w:t>
      </w:r>
    </w:p>
    <w:p w14:paraId="2C69170F" w14:textId="602885A8" w:rsidR="00777139" w:rsidRPr="00E16564" w:rsidRDefault="00AF7C3C">
      <w:r w:rsidRPr="00E16564">
        <w:t>Klasa: .....................................   Wiek: ................................................</w:t>
      </w:r>
    </w:p>
    <w:p w14:paraId="56A66E85" w14:textId="4AFDBE0B" w:rsidR="00777139" w:rsidRPr="00E16564" w:rsidRDefault="00AF7C3C">
      <w:r w:rsidRPr="00E16564">
        <w:t>Telefon/E-mail: ..........</w:t>
      </w:r>
      <w:r w:rsidR="00701F27" w:rsidRPr="00E16564">
        <w:t>..............................................</w:t>
      </w:r>
      <w:r w:rsidRPr="00E16564">
        <w:t>...................................................</w:t>
      </w:r>
      <w:r w:rsidR="00701F27" w:rsidRPr="00E16564">
        <w:t>................</w:t>
      </w:r>
      <w:r w:rsidRPr="00E16564">
        <w:t>................</w:t>
      </w:r>
    </w:p>
    <w:p w14:paraId="49EAB683" w14:textId="4A3A0A91" w:rsidR="00777139" w:rsidRPr="00E16564" w:rsidRDefault="00AF7C3C">
      <w:r w:rsidRPr="00E16564">
        <w:t>Tytuł pracy: ........................................................................</w:t>
      </w:r>
      <w:r w:rsidR="00701F27" w:rsidRPr="00E16564">
        <w:t>.................................................................</w:t>
      </w:r>
      <w:r w:rsidRPr="00E16564">
        <w:t>..........</w:t>
      </w:r>
    </w:p>
    <w:p w14:paraId="4C68A365" w14:textId="48A1BF1D" w:rsidR="00777139" w:rsidRPr="00E16564" w:rsidRDefault="00851826">
      <w:r w:rsidRPr="000D16F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23CE427" wp14:editId="4FCCE4BA">
                <wp:simplePos x="0" y="0"/>
                <wp:positionH relativeFrom="column">
                  <wp:posOffset>4680585</wp:posOffset>
                </wp:positionH>
                <wp:positionV relativeFrom="paragraph">
                  <wp:posOffset>116840</wp:posOffset>
                </wp:positionV>
                <wp:extent cx="1493520" cy="929640"/>
                <wp:effectExtent l="0" t="0" r="0" b="381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99ED1" w14:textId="77777777" w:rsidR="00851826" w:rsidRDefault="00851826" w:rsidP="008518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D17C2" wp14:editId="4C3539D4">
                                  <wp:extent cx="1249680" cy="795886"/>
                                  <wp:effectExtent l="0" t="0" r="7620" b="444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069" cy="80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CE42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68.55pt;margin-top:9.2pt;width:117.6pt;height:73.2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" filled="f" stroked="f">
                <v:textbox>
                  <w:txbxContent>
                    <w:p w14:paraId="08F99ED1" w14:textId="77777777" w:rsidR="00851826" w:rsidRDefault="00851826" w:rsidP="00851826">
                      <w:r>
                        <w:rPr>
                          <w:noProof/>
                        </w:rPr>
                        <w:drawing>
                          <wp:inline distT="0" distB="0" distL="0" distR="0" wp14:anchorId="386D17C2" wp14:editId="4C3539D4">
                            <wp:extent cx="1249680" cy="795886"/>
                            <wp:effectExtent l="0" t="0" r="7620" b="444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069" cy="80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C3C" w:rsidRPr="00E16564">
        <w:br w:type="page"/>
      </w:r>
    </w:p>
    <w:p w14:paraId="6551316E" w14:textId="055C7FDC" w:rsidR="00777139" w:rsidRPr="00E16564" w:rsidRDefault="00851826" w:rsidP="00701F27">
      <w:pPr>
        <w:pStyle w:val="Nagwek1"/>
        <w:jc w:val="center"/>
        <w:rPr>
          <w:color w:val="auto"/>
        </w:rPr>
      </w:pPr>
      <w:r w:rsidRPr="000D16F6">
        <w:rPr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CAED971" wp14:editId="3D0B90B0">
                <wp:simplePos x="0" y="0"/>
                <wp:positionH relativeFrom="column">
                  <wp:posOffset>4794885</wp:posOffset>
                </wp:positionH>
                <wp:positionV relativeFrom="paragraph">
                  <wp:posOffset>-563880</wp:posOffset>
                </wp:positionV>
                <wp:extent cx="1493520" cy="929640"/>
                <wp:effectExtent l="0" t="0" r="0" b="381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2C99" w14:textId="12326843" w:rsidR="000D16F6" w:rsidRDefault="000D1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69733" wp14:editId="3E597C9F">
                                  <wp:extent cx="1249680" cy="795886"/>
                                  <wp:effectExtent l="0" t="0" r="7620" b="444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069" cy="80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D971" id="_x0000_s1027" type="#_x0000_t202" style="position:absolute;left:0;text-align:left;margin-left:377.55pt;margin-top:-44.4pt;width:117.6pt;height:7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" filled="f" stroked="f">
                <v:textbox>
                  <w:txbxContent>
                    <w:p w14:paraId="457A2C99" w14:textId="12326843" w:rsidR="000D16F6" w:rsidRDefault="000D16F6">
                      <w:r>
                        <w:rPr>
                          <w:noProof/>
                        </w:rPr>
                        <w:drawing>
                          <wp:inline distT="0" distB="0" distL="0" distR="0" wp14:anchorId="32D69733" wp14:editId="3E597C9F">
                            <wp:extent cx="1249680" cy="795886"/>
                            <wp:effectExtent l="0" t="0" r="7620" b="444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069" cy="80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C3C" w:rsidRPr="00E16564">
        <w:rPr>
          <w:color w:val="auto"/>
        </w:rPr>
        <w:t>OŚWIADCZENIE</w:t>
      </w:r>
    </w:p>
    <w:p w14:paraId="10BDDD71" w14:textId="0099F20F" w:rsidR="00905D39" w:rsidRPr="00E16564" w:rsidRDefault="00905D39" w:rsidP="00905D39"/>
    <w:p w14:paraId="76E23DB2" w14:textId="52554904" w:rsidR="00777139" w:rsidRPr="00E16564" w:rsidRDefault="000D16F6">
      <w:r w:rsidRPr="00E16564">
        <w:rPr>
          <w:noProof/>
        </w:rPr>
        <w:drawing>
          <wp:anchor distT="0" distB="0" distL="114300" distR="114300" simplePos="0" relativeHeight="251661312" behindDoc="1" locked="0" layoutInCell="1" allowOverlap="1" wp14:anchorId="5069B2CF" wp14:editId="2CDEFD50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7078837" cy="4508191"/>
            <wp:effectExtent l="0" t="0" r="8255" b="698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7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37" cy="45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C" w:rsidRPr="00E16564">
        <w:t>Oświadczam, że zgłoszone do konkursu „Powiat Ząbkowicki – piękno regionu w jednym kadrze” prace są mojego autorstwa i posiadam do nich pełne prawa autorskie.</w:t>
      </w:r>
    </w:p>
    <w:p w14:paraId="7103923F" w14:textId="4FBFF3DB" w:rsidR="00701F27" w:rsidRPr="00E16564" w:rsidRDefault="00E4205F">
      <w:r w:rsidRPr="00E16564">
        <w:br/>
        <w:t xml:space="preserve">Wyrażam zgodę na nieodpłatne wykorzystanie zgłoszonych prac przez Organizatorów w celach związanych z promocją konkursu i Powiatu Ząbkowickiego, w tym ich publikację w </w:t>
      </w:r>
      <w:proofErr w:type="spellStart"/>
      <w:r w:rsidRPr="00E16564">
        <w:t>internecie</w:t>
      </w:r>
      <w:proofErr w:type="spellEnd"/>
      <w:r w:rsidRPr="00E16564">
        <w:t>, mediach społecznościowych, materiałach promocyjnych.</w:t>
      </w:r>
      <w:r w:rsidRPr="00E16564">
        <w:br/>
      </w:r>
      <w:r w:rsidRPr="00E16564">
        <w:br/>
        <w:t>Oświadczam, że w przypadku, gdy na zgłoszonych pracach widnieje wizerunek osób trzecich, posiadam ich zgodę na publikację wizerunku.</w:t>
      </w:r>
      <w:r w:rsidRPr="00E16564">
        <w:br/>
      </w:r>
      <w:r w:rsidRPr="00E16564">
        <w:br/>
        <w:t>Wyrażam zgodę na przetwarzanie moich danych osobowych przez Organizatorów konkursu w celu przeprowadzenia i promocji konkursu, zgodnie z Rozporządzeniem Parlamentu Europejskiego i Rady (UE) 2016/679 (RODO). Zostałem/</w:t>
      </w:r>
      <w:proofErr w:type="spellStart"/>
      <w:r w:rsidRPr="00E16564">
        <w:t>am</w:t>
      </w:r>
      <w:proofErr w:type="spellEnd"/>
      <w:r w:rsidRPr="00E16564">
        <w:t xml:space="preserve"> poinformowany/a o prawie dostępu do treści swoich danych, ich sprostowania, usunięcia lub ograniczenia przetwarzania. Administratorem danych osobowych są Organizatorzy konkursu.</w:t>
      </w:r>
      <w:r w:rsidRPr="00E16564">
        <w:br/>
      </w:r>
    </w:p>
    <w:p w14:paraId="3DC4B7A8" w14:textId="651E2FE6" w:rsidR="00777139" w:rsidRPr="00E16564" w:rsidRDefault="00AF7C3C">
      <w:r w:rsidRPr="00E16564">
        <w:t>.................................................................</w:t>
      </w:r>
    </w:p>
    <w:p w14:paraId="3EC66A45" w14:textId="3A447677" w:rsidR="00777139" w:rsidRPr="000D16F6" w:rsidRDefault="00AF7C3C">
      <w:pPr>
        <w:rPr>
          <w:i/>
          <w:iCs/>
        </w:rPr>
      </w:pPr>
      <w:r w:rsidRPr="000D16F6">
        <w:rPr>
          <w:i/>
          <w:iCs/>
        </w:rPr>
        <w:t>miejscowość, data</w:t>
      </w:r>
    </w:p>
    <w:p w14:paraId="5CE7A26B" w14:textId="0B9BC567" w:rsidR="00777139" w:rsidRPr="00E16564" w:rsidRDefault="00AF7C3C">
      <w:r w:rsidRPr="00E16564">
        <w:br/>
        <w:t>.................................................................</w:t>
      </w:r>
    </w:p>
    <w:p w14:paraId="3D4EDC68" w14:textId="08FF0540" w:rsidR="00777139" w:rsidRPr="000D16F6" w:rsidRDefault="00AF7C3C">
      <w:pPr>
        <w:rPr>
          <w:i/>
          <w:iCs/>
        </w:rPr>
      </w:pPr>
      <w:r w:rsidRPr="000D16F6">
        <w:rPr>
          <w:i/>
          <w:iCs/>
        </w:rPr>
        <w:t>podpis autora</w:t>
      </w:r>
    </w:p>
    <w:p w14:paraId="1D8E8F21" w14:textId="269BB781" w:rsidR="00E4205F" w:rsidRPr="00E16564" w:rsidRDefault="00AF7C3C" w:rsidP="00E4205F">
      <w:r w:rsidRPr="00E16564">
        <w:br/>
      </w:r>
      <w:r w:rsidR="00E4205F" w:rsidRPr="00E16564">
        <w:br/>
      </w:r>
      <w:r w:rsidR="00E4205F" w:rsidRPr="00E16564">
        <w:br/>
        <w:t>..............................................</w:t>
      </w:r>
      <w:r w:rsidR="00E4205F" w:rsidRPr="00E16564">
        <w:br/>
      </w:r>
      <w:r w:rsidR="00E4205F" w:rsidRPr="000D16F6">
        <w:rPr>
          <w:i/>
          <w:iCs/>
        </w:rPr>
        <w:t>podpis rodzica/opiekuna prawnego (w przypadku autora niepełnoletniego)</w:t>
      </w:r>
      <w:r w:rsidR="00E4205F" w:rsidRPr="000D16F6">
        <w:rPr>
          <w:i/>
          <w:iCs/>
        </w:rPr>
        <w:br/>
        <w:t>„Wyrażam zgodę na udział mojego dziecka w konkursie oraz przetwarzanie jego danych osobowych i publikację pracy zgodnie z regulaminem.”</w:t>
      </w:r>
    </w:p>
    <w:p w14:paraId="7DE60AE5" w14:textId="08D3692D" w:rsidR="00E4205F" w:rsidRPr="00E16564" w:rsidRDefault="00E4205F"/>
    <w:p w14:paraId="31769314" w14:textId="02545B96" w:rsidR="00B478F8" w:rsidRPr="00E16564" w:rsidRDefault="00B478F8"/>
    <w:p w14:paraId="794A4582" w14:textId="31597907" w:rsidR="00B478F8" w:rsidRPr="00E16564" w:rsidRDefault="00B478F8"/>
    <w:p w14:paraId="5084C235" w14:textId="101B3BBB" w:rsidR="00B478F8" w:rsidRPr="00E16564" w:rsidRDefault="00B478F8"/>
    <w:p w14:paraId="7FCF2B8E" w14:textId="49C6D062" w:rsidR="00B478F8" w:rsidRPr="00E16564" w:rsidRDefault="00B478F8"/>
    <w:p w14:paraId="6B352BB9" w14:textId="0009D0A6" w:rsidR="00B478F8" w:rsidRPr="00E16564" w:rsidRDefault="00194821">
      <w:r w:rsidRPr="00E1656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22AB7DE" wp14:editId="0E3753CF">
            <wp:simplePos x="0" y="0"/>
            <wp:positionH relativeFrom="page">
              <wp:posOffset>861060</wp:posOffset>
            </wp:positionH>
            <wp:positionV relativeFrom="paragraph">
              <wp:posOffset>-495300</wp:posOffset>
            </wp:positionV>
            <wp:extent cx="6044634" cy="8546576"/>
            <wp:effectExtent l="0" t="0" r="0" b="698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4634" cy="854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E113" w14:textId="0F02F8A7" w:rsidR="00B478F8" w:rsidRPr="00E16564" w:rsidRDefault="00B478F8"/>
    <w:p w14:paraId="306784A4" w14:textId="0E586518" w:rsidR="00B478F8" w:rsidRPr="00E16564" w:rsidRDefault="00B478F8"/>
    <w:p w14:paraId="702AF134" w14:textId="3A744D87" w:rsidR="00B478F8" w:rsidRPr="00E16564" w:rsidRDefault="00B478F8"/>
    <w:p w14:paraId="1ACF14C7" w14:textId="155CDCE1" w:rsidR="00B478F8" w:rsidRPr="00E16564" w:rsidRDefault="00B478F8"/>
    <w:p w14:paraId="26925B43" w14:textId="57C3E3AB" w:rsidR="00B478F8" w:rsidRPr="00E16564" w:rsidRDefault="00B478F8"/>
    <w:p w14:paraId="1101F828" w14:textId="5DB2D4D6" w:rsidR="00B478F8" w:rsidRPr="00E16564" w:rsidRDefault="00B478F8"/>
    <w:p w14:paraId="309C0816" w14:textId="6CEEEE82" w:rsidR="009E1037" w:rsidRPr="00E16564" w:rsidRDefault="009E1037"/>
    <w:p w14:paraId="2540EC1C" w14:textId="46AEC3D1" w:rsidR="009E1037" w:rsidRPr="00E16564" w:rsidRDefault="009E1037"/>
    <w:p w14:paraId="399AF401" w14:textId="088FA45B" w:rsidR="009E1037" w:rsidRPr="00E16564" w:rsidRDefault="009E1037"/>
    <w:p w14:paraId="09A0F04F" w14:textId="7E2FB17B" w:rsidR="009E1037" w:rsidRPr="00E16564" w:rsidRDefault="009E1037"/>
    <w:p w14:paraId="06B8B106" w14:textId="766BF809" w:rsidR="009E1037" w:rsidRPr="00E16564" w:rsidRDefault="009E1037"/>
    <w:p w14:paraId="27176EB4" w14:textId="48FEA590" w:rsidR="009E1037" w:rsidRPr="00E16564" w:rsidRDefault="009E1037"/>
    <w:p w14:paraId="6C226BAA" w14:textId="7F89373D" w:rsidR="009E1037" w:rsidRPr="00E16564" w:rsidRDefault="009E1037"/>
    <w:p w14:paraId="4E19214F" w14:textId="351FC12C" w:rsidR="009E1037" w:rsidRPr="00E16564" w:rsidRDefault="009E1037"/>
    <w:p w14:paraId="1E4276EC" w14:textId="76D90F93" w:rsidR="009E1037" w:rsidRPr="00E16564" w:rsidRDefault="009E1037"/>
    <w:p w14:paraId="0037846D" w14:textId="6CDFED30" w:rsidR="009E1037" w:rsidRPr="00E16564" w:rsidRDefault="009E1037"/>
    <w:p w14:paraId="659B2EFE" w14:textId="0D66A55C" w:rsidR="009E1037" w:rsidRPr="00E16564" w:rsidRDefault="009E1037"/>
    <w:p w14:paraId="35E28128" w14:textId="4D81A0FD" w:rsidR="009E1037" w:rsidRPr="00E16564" w:rsidRDefault="009E1037"/>
    <w:p w14:paraId="0109F25D" w14:textId="75A39533" w:rsidR="009E1037" w:rsidRPr="00E16564" w:rsidRDefault="009E1037"/>
    <w:p w14:paraId="1F9FC74E" w14:textId="4FADD16E" w:rsidR="009E1037" w:rsidRPr="00E16564" w:rsidRDefault="009E1037"/>
    <w:p w14:paraId="5A48377C" w14:textId="1F8577AD" w:rsidR="009E1037" w:rsidRPr="00E16564" w:rsidRDefault="009E1037"/>
    <w:p w14:paraId="5E4CE357" w14:textId="46BA62FC" w:rsidR="009E1037" w:rsidRPr="00E16564" w:rsidRDefault="009E1037"/>
    <w:p w14:paraId="77744A57" w14:textId="4354E1EB" w:rsidR="009E1037" w:rsidRPr="00E16564" w:rsidRDefault="009E1037" w:rsidP="00E16564">
      <w:pPr>
        <w:jc w:val="center"/>
      </w:pPr>
    </w:p>
    <w:p w14:paraId="2A6BC705" w14:textId="03BECBB5" w:rsidR="009E1037" w:rsidRPr="00E16564" w:rsidRDefault="009E1037"/>
    <w:p w14:paraId="49999DC5" w14:textId="25465F31" w:rsidR="009E1037" w:rsidRPr="00E16564" w:rsidRDefault="009E1037"/>
    <w:p w14:paraId="17BE9F5D" w14:textId="21CF2B3B" w:rsidR="009E1037" w:rsidRPr="00E16564" w:rsidRDefault="00194821">
      <w:r w:rsidRPr="00E1656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41B2E5" wp14:editId="23BA4722">
            <wp:simplePos x="0" y="0"/>
            <wp:positionH relativeFrom="margin">
              <wp:align>right</wp:align>
            </wp:positionH>
            <wp:positionV relativeFrom="paragraph">
              <wp:posOffset>-623887</wp:posOffset>
            </wp:positionV>
            <wp:extent cx="6185079" cy="8749030"/>
            <wp:effectExtent l="0" t="0" r="635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079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BFCB0" w14:textId="63FDFC91" w:rsidR="009E1037" w:rsidRPr="00E16564" w:rsidRDefault="009E1037"/>
    <w:p w14:paraId="29C4D7CC" w14:textId="7F976766" w:rsidR="009E1037" w:rsidRPr="00E16564" w:rsidRDefault="009E1037"/>
    <w:p w14:paraId="6E66C065" w14:textId="76EFC4C5" w:rsidR="009E1037" w:rsidRPr="00E16564" w:rsidRDefault="009E1037"/>
    <w:p w14:paraId="675CB0ED" w14:textId="69FC5B92" w:rsidR="009E1037" w:rsidRPr="00E16564" w:rsidRDefault="009E1037"/>
    <w:p w14:paraId="1151EA53" w14:textId="0E97366A" w:rsidR="009E1037" w:rsidRPr="00E16564" w:rsidRDefault="009E1037"/>
    <w:p w14:paraId="5A0F4631" w14:textId="17049CCC" w:rsidR="009E1037" w:rsidRPr="00E16564" w:rsidRDefault="009E1037"/>
    <w:p w14:paraId="26FFED2B" w14:textId="433A40CB" w:rsidR="009E1037" w:rsidRPr="00E16564" w:rsidRDefault="009E1037"/>
    <w:p w14:paraId="2CD4921A" w14:textId="71F5A790" w:rsidR="009E1037" w:rsidRPr="00E16564" w:rsidRDefault="009E1037"/>
    <w:p w14:paraId="782A4163" w14:textId="081B5965" w:rsidR="009E1037" w:rsidRPr="00E16564" w:rsidRDefault="009E1037"/>
    <w:p w14:paraId="1C4136DC" w14:textId="0CE24E1F" w:rsidR="009E1037" w:rsidRPr="00E16564" w:rsidRDefault="009E1037"/>
    <w:p w14:paraId="60DBB794" w14:textId="77777777" w:rsidR="009E1037" w:rsidRPr="00E16564" w:rsidRDefault="009E1037"/>
    <w:sectPr w:rsidR="009E1037" w:rsidRPr="00E16564" w:rsidSect="00067337">
      <w:footerReference w:type="default" r:id="rId20"/>
      <w:pgSz w:w="12240" w:h="15840"/>
      <w:pgMar w:top="1440" w:right="1185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05EF5" w14:textId="77777777" w:rsidR="002512B5" w:rsidRDefault="002512B5" w:rsidP="00067337">
      <w:pPr>
        <w:spacing w:after="0" w:line="240" w:lineRule="auto"/>
      </w:pPr>
      <w:r>
        <w:separator/>
      </w:r>
    </w:p>
  </w:endnote>
  <w:endnote w:type="continuationSeparator" w:id="0">
    <w:p w14:paraId="138892A7" w14:textId="77777777" w:rsidR="002512B5" w:rsidRDefault="002512B5" w:rsidP="00067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EDEEE" w14:textId="68A3CEDB" w:rsidR="002925DD" w:rsidRDefault="002925DD" w:rsidP="00A00C46">
    <w:pPr>
      <w:pStyle w:val="Stopka"/>
      <w:jc w:val="center"/>
      <w:rPr>
        <w:rFonts w:asciiTheme="majorHAnsi" w:hAnsiTheme="majorHAnsi" w:cstheme="majorHAnsi"/>
        <w:sz w:val="16"/>
        <w:szCs w:val="16"/>
      </w:rPr>
    </w:pPr>
    <w:r w:rsidRPr="00194821">
      <w:rPr>
        <w:rFonts w:asciiTheme="majorHAnsi" w:hAnsiTheme="majorHAnsi" w:cstheme="majorHAnsi"/>
        <w:sz w:val="16"/>
        <w:szCs w:val="16"/>
      </w:rPr>
      <w:t>Starostwo Powiatowe w Ząbkowicach Śląskich,</w:t>
    </w:r>
    <w:r w:rsidR="00A00C46" w:rsidRPr="00194821">
      <w:rPr>
        <w:rFonts w:asciiTheme="majorHAnsi" w:hAnsiTheme="majorHAnsi" w:cstheme="majorHAnsi"/>
        <w:sz w:val="16"/>
        <w:szCs w:val="16"/>
      </w:rPr>
      <w:t xml:space="preserve"> </w:t>
    </w:r>
    <w:r w:rsidRPr="00194821">
      <w:rPr>
        <w:rFonts w:asciiTheme="majorHAnsi" w:hAnsiTheme="majorHAnsi" w:cstheme="majorHAnsi"/>
        <w:sz w:val="16"/>
        <w:szCs w:val="16"/>
      </w:rPr>
      <w:t>ul. Henryka Sienkiewicza 11, 57-200 Ząbkowice Śląskie</w:t>
    </w:r>
  </w:p>
  <w:p w14:paraId="6F43A80F" w14:textId="4400E1CF" w:rsidR="000D16F6" w:rsidRPr="00194821" w:rsidRDefault="000D16F6" w:rsidP="00A00C46">
    <w:pPr>
      <w:pStyle w:val="Stopka"/>
      <w:jc w:val="center"/>
      <w:rPr>
        <w:rFonts w:asciiTheme="majorHAnsi" w:hAnsiTheme="majorHAnsi" w:cstheme="majorHAnsi"/>
        <w:sz w:val="16"/>
        <w:szCs w:val="16"/>
      </w:rPr>
    </w:pPr>
    <w:r>
      <w:rPr>
        <w:rFonts w:asciiTheme="majorHAnsi" w:hAnsiTheme="majorHAnsi" w:cstheme="majorHAnsi"/>
        <w:sz w:val="16"/>
        <w:szCs w:val="16"/>
      </w:rPr>
      <w:t xml:space="preserve">Regulamin konkursu na stronie </w:t>
    </w:r>
    <w:hyperlink r:id="rId1" w:history="1">
      <w:r>
        <w:rPr>
          <w:rStyle w:val="Hipercze"/>
          <w:rFonts w:ascii="Calibri" w:hAnsi="Calibri" w:cs="Calibri"/>
        </w:rPr>
        <w:t>www.ziemiazabkowicka.eu</w:t>
      </w:r>
    </w:hyperlink>
  </w:p>
  <w:p w14:paraId="0C813396" w14:textId="77777777" w:rsidR="002925DD" w:rsidRDefault="002925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02AC1" w14:textId="77777777" w:rsidR="002512B5" w:rsidRDefault="002512B5" w:rsidP="00067337">
      <w:pPr>
        <w:spacing w:after="0" w:line="240" w:lineRule="auto"/>
      </w:pPr>
      <w:r>
        <w:separator/>
      </w:r>
    </w:p>
  </w:footnote>
  <w:footnote w:type="continuationSeparator" w:id="0">
    <w:p w14:paraId="4168F182" w14:textId="77777777" w:rsidR="002512B5" w:rsidRDefault="002512B5" w:rsidP="00067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58A91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7337"/>
    <w:rsid w:val="0008424F"/>
    <w:rsid w:val="000D16F6"/>
    <w:rsid w:val="0015074B"/>
    <w:rsid w:val="00165F5E"/>
    <w:rsid w:val="00194821"/>
    <w:rsid w:val="002512B5"/>
    <w:rsid w:val="002925DD"/>
    <w:rsid w:val="0029639D"/>
    <w:rsid w:val="00326F90"/>
    <w:rsid w:val="00362576"/>
    <w:rsid w:val="0040125C"/>
    <w:rsid w:val="004D1412"/>
    <w:rsid w:val="004D6403"/>
    <w:rsid w:val="005150A8"/>
    <w:rsid w:val="00565B78"/>
    <w:rsid w:val="006261FA"/>
    <w:rsid w:val="00701F27"/>
    <w:rsid w:val="0076775C"/>
    <w:rsid w:val="00777139"/>
    <w:rsid w:val="007E7854"/>
    <w:rsid w:val="00851826"/>
    <w:rsid w:val="008B6548"/>
    <w:rsid w:val="00905D39"/>
    <w:rsid w:val="009E1037"/>
    <w:rsid w:val="00A00C46"/>
    <w:rsid w:val="00A73884"/>
    <w:rsid w:val="00AA1D8D"/>
    <w:rsid w:val="00AF7C3C"/>
    <w:rsid w:val="00B21FBE"/>
    <w:rsid w:val="00B47730"/>
    <w:rsid w:val="00B478F8"/>
    <w:rsid w:val="00BD64F5"/>
    <w:rsid w:val="00C07255"/>
    <w:rsid w:val="00C313E5"/>
    <w:rsid w:val="00C537F8"/>
    <w:rsid w:val="00CB0664"/>
    <w:rsid w:val="00D71B98"/>
    <w:rsid w:val="00DB5A96"/>
    <w:rsid w:val="00E16564"/>
    <w:rsid w:val="00E4205F"/>
    <w:rsid w:val="00EF14B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0D765E"/>
  <w14:defaultImageDpi w14:val="330"/>
  <w15:docId w15:val="{43DA6831-35DB-4E15-A895-C8E4D92F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C537F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7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2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kretariat@zspziebice.pl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emiazabkowicka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891</Words>
  <Characters>5348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Grzegorz N</cp:lastModifiedBy>
  <cp:revision>3</cp:revision>
  <cp:lastPrinted>2025-09-09T06:36:00Z</cp:lastPrinted>
  <dcterms:created xsi:type="dcterms:W3CDTF">2025-09-09T08:48:00Z</dcterms:created>
  <dcterms:modified xsi:type="dcterms:W3CDTF">2025-09-09T08:58:00Z</dcterms:modified>
  <cp:category/>
</cp:coreProperties>
</file>